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900"/>
        <w:jc w:val="center"/>
      </w:pPr>
      <w:r>
        <w:rPr>
          <w:rFonts w:ascii="Inter Display" w:hAnsi="Inter Display" w:eastAsia="Noto Sans CJK SC"/>
          <w:b/>
          <w:color w:val="191F26"/>
          <w:sz w:val="56"/>
        </w:rPr>
        <w:t>Shi Bin Sells Websites: Before the Answer</w:t>
      </w:r>
    </w:p>
    <w:p>
      <w:pPr>
        <w:jc w:val="center"/>
      </w:pPr>
      <w:r>
        <w:rPr>
          <w:rFonts w:ascii="Inter" w:hAnsi="Inter" w:eastAsia="Noto Sans CJK SC"/>
          <w:color w:val="555C63"/>
          <w:sz w:val="26"/>
        </w:rPr>
        <w:t>Eighteen Bosses, and a Website Builder Learning How to Inquire</w:t>
      </w:r>
    </w:p>
    <w:p>
      <w:pPr>
        <w:spacing w:before="560"/>
        <w:jc w:val="center"/>
      </w:pPr>
      <w:r>
        <w:rPr>
          <w:rFonts w:ascii="Inter" w:hAnsi="Inter" w:eastAsia="Noto Sans CJK SC"/>
          <w:i/>
          <w:color w:val="6E7378"/>
          <w:sz w:val="19"/>
        </w:rPr>
        <w:t>Inspired by the research habits in The Craft of Research</w:t>
      </w:r>
    </w:p>
    <w:p>
      <w:pPr>
        <w:spacing w:before="2600"/>
        <w:jc w:val="center"/>
      </w:pPr>
      <w:r>
        <w:rPr>
          <w:rFonts w:ascii="Inter" w:hAnsi="Inter" w:eastAsia="Noto Sans CJK SC"/>
          <w:color w:val="787878"/>
          <w:sz w:val="20"/>
        </w:rPr>
        <w:t>A literary business essay collection</w:t>
      </w:r>
    </w:p>
    <w:p>
      <w:r>
        <w:br w:type="page"/>
      </w:r>
    </w:p>
    <w:p>
      <w:pPr>
        <w:pStyle w:val="Heading1"/>
      </w:pPr>
      <w:r>
        <w:t>Preface: Before Selling the Website, Study the Problem</w:t>
      </w:r>
    </w:p>
    <w:p>
      <w:pPr>
        <w:ind w:firstLine="0"/>
      </w:pPr>
      <w:r>
        <w:t>This is a literary collection of business essays. Shi Bin is the website builder who runs through the book. The bosses, companies, and project details are fictional, composite, or creatively reconstructed. They exist to carry useful ways of thinking, not to make factual claims about particular people.</w:t>
      </w:r>
    </w:p>
    <w:p>
      <w:pPr>
        <w:ind w:firstLine="0"/>
      </w:pPr>
      <w:r>
        <w:t>The collection is inspired by the research method of The Craft of Research, but it is not a summary of that book. Its habits are placed inside ordinary commercial moments: moving from a vague interest to an answerable question; separating a problem from a proposed solution; judging relevance and reliability; treating sources as participants in a conversation rather than ammunition for what you already believe; distinguishing claims, reasons, and evidence; asking why a reason truly supports a claim; seeking objections and alternative explanations; considering the real audience; and allowing new evidence to revise an old answer.</w:t>
      </w:r>
    </w:p>
    <w:p>
      <w:pPr>
        <w:ind w:firstLine="0"/>
      </w:pPr>
      <w:r>
        <w:t>When such habits enter ordinary life, they rarely arrive as academic vocabulary. They sound more like plain questions: How do you know? What else could explain this? How far does this evidence actually take us? Who would disagree, and why? What evidence would make me change my mind?</w:t>
      </w:r>
    </w:p>
    <w:p>
      <w:pPr>
        <w:ind w:firstLine="0"/>
      </w:pPr>
      <w:r>
        <w:t>Shi Bin sells websites. But these essays are really about something larger: how an ordinary person working in business can become a little less certain too quickly, and a little more willing to build conclusions that can be examined.</w:t>
      </w:r>
    </w:p>
    <w:p>
      <w:r>
        <w:br w:type="page"/>
      </w:r>
    </w:p>
    <w:p>
      <w:pPr>
        <w:pStyle w:val="Heading1"/>
      </w:pPr>
      <w:r>
        <w:t>Contents</w:t>
      </w:r>
    </w:p>
    <w:p>
      <w:pPr>
        <w:spacing w:after="80"/>
        <w:ind w:firstLine="0"/>
      </w:pPr>
      <w:r>
        <w:rPr>
          <w:rFonts w:ascii="Inter" w:hAnsi="Inter" w:eastAsia="Noto Sans CJK SC"/>
          <w:sz w:val="19"/>
        </w:rPr>
        <w:t>1. A Website Is Not the Need</w:t>
      </w:r>
    </w:p>
    <w:p>
      <w:pPr>
        <w:spacing w:after="80"/>
        <w:ind w:firstLine="0"/>
      </w:pPr>
      <w:r>
        <w:rPr>
          <w:rFonts w:ascii="Inter" w:hAnsi="Inter" w:eastAsia="Noto Sans CJK SC"/>
          <w:sz w:val="19"/>
        </w:rPr>
        <w:t>2. The Four Words: Premium and International</w:t>
      </w:r>
    </w:p>
    <w:p>
      <w:pPr>
        <w:spacing w:after="80"/>
        <w:ind w:firstLine="0"/>
      </w:pPr>
      <w:r>
        <w:rPr>
          <w:rFonts w:ascii="Inter" w:hAnsi="Inter" w:eastAsia="Noto Sans CJK SC"/>
          <w:sz w:val="19"/>
        </w:rPr>
        <w:t>3. “My Customers Never Look at Websites”</w:t>
      </w:r>
    </w:p>
    <w:p>
      <w:pPr>
        <w:spacing w:after="80"/>
        <w:ind w:firstLine="0"/>
      </w:pPr>
      <w:r>
        <w:rPr>
          <w:rFonts w:ascii="Inter" w:hAnsi="Inter" w:eastAsia="Noto Sans CJK SC"/>
          <w:sz w:val="19"/>
        </w:rPr>
        <w:t>4. The First Time Shi Bin Did Not Rush to Quote</w:t>
      </w:r>
    </w:p>
    <w:p>
      <w:pPr>
        <w:spacing w:after="80"/>
        <w:ind w:firstLine="0"/>
      </w:pPr>
      <w:r>
        <w:rPr>
          <w:rFonts w:ascii="Inter" w:hAnsi="Inter" w:eastAsia="Noto Sans CJK SC"/>
          <w:sz w:val="19"/>
        </w:rPr>
        <w:t>5. A Boss’s Memory Is Not Data</w:t>
      </w:r>
    </w:p>
    <w:p>
      <w:pPr>
        <w:spacing w:after="80"/>
        <w:ind w:firstLine="0"/>
      </w:pPr>
      <w:r>
        <w:rPr>
          <w:rFonts w:ascii="Inter" w:hAnsi="Inter" w:eastAsia="Noto Sans CJK SC"/>
          <w:sz w:val="19"/>
        </w:rPr>
        <w:t>6. The Boss Who Wanted to Copy a Competitor</w:t>
      </w:r>
    </w:p>
    <w:p>
      <w:pPr>
        <w:spacing w:after="80"/>
        <w:ind w:firstLine="0"/>
      </w:pPr>
      <w:r>
        <w:rPr>
          <w:rFonts w:ascii="Inter" w:hAnsi="Inter" w:eastAsia="Noto Sans CJK SC"/>
          <w:sz w:val="19"/>
        </w:rPr>
        <w:t>7. Day Thirty-One Without an Inquiry</w:t>
      </w:r>
    </w:p>
    <w:p>
      <w:pPr>
        <w:spacing w:after="80"/>
        <w:ind w:firstLine="0"/>
      </w:pPr>
      <w:r>
        <w:rPr>
          <w:rFonts w:ascii="Inter" w:hAnsi="Inter" w:eastAsia="Noto Sans CJK SC"/>
          <w:sz w:val="19"/>
        </w:rPr>
        <w:t>8. How Many Products Belong on the Homepage?</w:t>
      </w:r>
    </w:p>
    <w:p>
      <w:pPr>
        <w:spacing w:after="80"/>
        <w:ind w:firstLine="0"/>
      </w:pPr>
      <w:r>
        <w:rPr>
          <w:rFonts w:ascii="Inter" w:hAnsi="Inter" w:eastAsia="Noto Sans CJK SC"/>
          <w:sz w:val="19"/>
        </w:rPr>
        <w:t>9. English Is Not Chinese with Different Words</w:t>
      </w:r>
    </w:p>
    <w:p>
      <w:pPr>
        <w:spacing w:after="80"/>
        <w:ind w:firstLine="0"/>
      </w:pPr>
      <w:r>
        <w:rPr>
          <w:rFonts w:ascii="Inter" w:hAnsi="Inter" w:eastAsia="Noto Sans CJK SC"/>
          <w:sz w:val="19"/>
        </w:rPr>
        <w:t>10. One Factory Photograph</w:t>
      </w:r>
    </w:p>
    <w:p>
      <w:pPr>
        <w:spacing w:after="80"/>
        <w:ind w:firstLine="0"/>
      </w:pPr>
      <w:r>
        <w:rPr>
          <w:rFonts w:ascii="Inter" w:hAnsi="Inter" w:eastAsia="Noto Sans CJK SC"/>
          <w:sz w:val="19"/>
        </w:rPr>
        <w:t>11. The Website AI Built in Three Minutes</w:t>
      </w:r>
    </w:p>
    <w:p>
      <w:pPr>
        <w:spacing w:after="80"/>
        <w:ind w:firstLine="0"/>
      </w:pPr>
      <w:r>
        <w:rPr>
          <w:rFonts w:ascii="Inter" w:hAnsi="Inter" w:eastAsia="Noto Sans CJK SC"/>
          <w:sz w:val="19"/>
        </w:rPr>
        <w:t>12. Five Hundred Versus Five Thousand</w:t>
      </w:r>
    </w:p>
    <w:p>
      <w:pPr>
        <w:spacing w:after="80"/>
        <w:ind w:firstLine="0"/>
      </w:pPr>
      <w:r>
        <w:rPr>
          <w:rFonts w:ascii="Inter" w:hAnsi="Inter" w:eastAsia="Noto Sans CJK SC"/>
          <w:sz w:val="19"/>
        </w:rPr>
        <w:t>13. Who Is the Website Actually For?</w:t>
      </w:r>
    </w:p>
    <w:p>
      <w:pPr>
        <w:spacing w:after="80"/>
        <w:ind w:firstLine="0"/>
      </w:pPr>
      <w:r>
        <w:rPr>
          <w:rFonts w:ascii="Inter" w:hAnsi="Inter" w:eastAsia="Noto Sans CJK SC"/>
          <w:sz w:val="19"/>
        </w:rPr>
        <w:t>14. The Day Shi Bin Told a Boss Not to Build a Website</w:t>
      </w:r>
    </w:p>
    <w:p>
      <w:pPr>
        <w:spacing w:after="80"/>
        <w:ind w:firstLine="0"/>
      </w:pPr>
      <w:r>
        <w:rPr>
          <w:rFonts w:ascii="Inter" w:hAnsi="Inter" w:eastAsia="Noto Sans CJK SC"/>
          <w:sz w:val="19"/>
        </w:rPr>
        <w:t>15. The Boss’s Objection</w:t>
      </w:r>
    </w:p>
    <w:p>
      <w:pPr>
        <w:spacing w:after="80"/>
        <w:ind w:firstLine="0"/>
      </w:pPr>
      <w:r>
        <w:rPr>
          <w:rFonts w:ascii="Inter" w:hAnsi="Inter" w:eastAsia="Noto Sans CJK SC"/>
          <w:sz w:val="19"/>
        </w:rPr>
        <w:t>16. Launch Is Not a Conclusion</w:t>
      </w:r>
    </w:p>
    <w:p>
      <w:pPr>
        <w:spacing w:after="80"/>
        <w:ind w:firstLine="0"/>
      </w:pPr>
      <w:r>
        <w:rPr>
          <w:rFonts w:ascii="Inter" w:hAnsi="Inter" w:eastAsia="Noto Sans CJK SC"/>
          <w:sz w:val="19"/>
        </w:rPr>
        <w:t>17. Authoritative, but Irrelevant to This Boss</w:t>
      </w:r>
    </w:p>
    <w:p>
      <w:pPr>
        <w:spacing w:after="80"/>
        <w:ind w:firstLine="0"/>
      </w:pPr>
      <w:r>
        <w:rPr>
          <w:rFonts w:ascii="Inter" w:hAnsi="Inter" w:eastAsia="Noto Sans CJK SC"/>
          <w:sz w:val="19"/>
        </w:rPr>
        <w:t>18. What Was Shi Bin Really Selling?</w:t>
      </w:r>
    </w:p>
    <w:p>
      <w:r>
        <w:br w:type="page"/>
      </w:r>
    </w:p>
    <w:p>
      <w:pPr>
        <w:pStyle w:val="Heading1"/>
      </w:pPr>
      <w:r>
        <w:t>1. A Website Is Not the Need</w:t>
      </w:r>
    </w:p>
    <w:p>
      <w:pPr>
        <w:spacing w:after="240"/>
        <w:ind w:firstLine="0"/>
      </w:pPr>
      <w:r>
        <w:rPr>
          <w:rFonts w:ascii="Inter" w:hAnsi="Inter" w:eastAsia="Noto Sans CJK SC"/>
          <w:i/>
          <w:color w:val="787D82"/>
          <w:sz w:val="17"/>
        </w:rPr>
        <w:t>Question → material → provisional answer → objection → revision</w:t>
      </w:r>
    </w:p>
    <w:p>
      <w:pPr>
        <w:ind w:firstLine="0"/>
      </w:pPr>
      <w:r>
        <w:t>The first time Shi Bin met Boss Zhou, they sat in an office crowded with cartons. A framed slogan on the wall read QUALITY FIRST, and a pot of unusually strong tea sat between them.</w:t>
      </w:r>
    </w:p>
    <w:p>
      <w:pPr>
        <w:ind w:firstLine="0"/>
      </w:pPr>
      <w:r>
        <w:t>“I need an official website,” Zhou said. “Something like my competitors have.”</w:t>
      </w:r>
    </w:p>
    <w:p>
      <w:pPr>
        <w:ind w:firstLine="0"/>
      </w:pPr>
      <w:r>
        <w:t>A younger Shi Bin would have immediately imagined a homepage, a product section, an About page, and a Contact page. He would have asked about colors, sliders, and how many products to upload. This time, he kept the laptop closed.</w:t>
      </w:r>
    </w:p>
    <w:p>
      <w:pPr>
        <w:ind w:firstLine="0"/>
      </w:pPr>
      <w:r>
        <w:t>“Why do you suddenly want a website?”</w:t>
      </w:r>
    </w:p>
    <w:p>
      <w:pPr>
        <w:ind w:firstLine="0"/>
      </w:pPr>
      <w:r>
        <w:t>Zhou paused. A buyer in Australia had recently asked for company information. Zhou had sent product photos, a business license, and factory pictures through WhatsApp. The buyer asked three times, “Do you have a website?”</w:t>
      </w:r>
    </w:p>
    <w:p>
      <w:pPr>
        <w:ind w:firstLine="0"/>
      </w:pPr>
      <w:r>
        <w:t>That changed the shape of the conversation. “Build a website” was not necessarily the problem. It was already a proposed solution. The deeper problem might be this: when a stranger first encountered the company, there was no single place where the stranger could quickly verify what the company sold, whether it was real, and whether it could actually supply the order.</w:t>
      </w:r>
    </w:p>
    <w:p>
      <w:pPr>
        <w:ind w:firstLine="0"/>
      </w:pPr>
      <w:r>
        <w:t>Shi Bin asked another question. “If I build the site, but buyers still have to ask you in chat what you make, whether you customize, how long delivery takes, and whether you are a real factory, would you call the site successful?”</w:t>
      </w:r>
    </w:p>
    <w:p>
      <w:pPr>
        <w:ind w:firstLine="0"/>
      </w:pPr>
      <w:r>
        <w:t>Zhou shook his head.</w:t>
      </w:r>
    </w:p>
    <w:p>
      <w:pPr>
        <w:ind w:firstLine="0"/>
      </w:pPr>
      <w:r>
        <w:t>So they did not begin with layout. They wrote down five questions a first-time buyer was likely to ask: How much heat can the paper cup tolerate? Can a logo be printed? What is the minimum order quantity? Have you exported before? Does this factory really exist?</w:t>
      </w:r>
    </w:p>
    <w:p>
      <w:pPr>
        <w:ind w:firstLine="0"/>
      </w:pPr>
      <w:r>
        <w:t>Shi Bin later kept that sheet of paper in his notebook. He began to understand that website work resembles research in one important way. What people first say is often only a topic, or even a wish. The valuable work begins when that wish is turned into a question that can actually be answered.</w:t>
      </w:r>
    </w:p>
    <w:p>
      <w:pPr>
        <w:ind w:firstLine="0"/>
      </w:pPr>
      <w:r>
        <w:t>If the question is wrong, a beautiful website may only become a beautiful answer to something nobody truly asked.</w:t>
      </w:r>
    </w:p>
    <w:p>
      <w:r>
        <w:br w:type="page"/>
      </w:r>
    </w:p>
    <w:p>
      <w:pPr>
        <w:pStyle w:val="Heading1"/>
      </w:pPr>
      <w:r>
        <w:t>2. The Four Words: Premium and International</w:t>
      </w:r>
    </w:p>
    <w:p>
      <w:pPr>
        <w:spacing w:after="240"/>
        <w:ind w:firstLine="0"/>
      </w:pPr>
      <w:r>
        <w:rPr>
          <w:rFonts w:ascii="Inter" w:hAnsi="Inter" w:eastAsia="Noto Sans CJK SC"/>
          <w:i/>
          <w:color w:val="787D82"/>
          <w:sz w:val="17"/>
        </w:rPr>
        <w:t>Question → material → provisional answer → objection → revision</w:t>
      </w:r>
    </w:p>
    <w:p>
      <w:pPr>
        <w:ind w:firstLine="0"/>
      </w:pPr>
      <w:r>
        <w:t>Boss Chen sold industrial machinery. During their first meeting, he handed Shi Bin his phone and scrolled through six websites.</w:t>
      </w:r>
    </w:p>
    <w:p>
      <w:pPr>
        <w:ind w:firstLine="0"/>
      </w:pPr>
      <w:r>
        <w:t>“I want this feeling,” he said. “Premium. Impressive. International.”</w:t>
      </w:r>
    </w:p>
    <w:p>
      <w:pPr>
        <w:ind w:firstLine="0"/>
      </w:pPr>
      <w:r>
        <w:t>Shi Bin studied them. One site was black, another almost entirely white. One opened with full-screen video; another used little more than typography. Some used enormous headlines, others were restrained. Their only obvious common feature was that none of them looked cheap.</w:t>
      </w:r>
    </w:p>
    <w:p>
      <w:pPr>
        <w:ind w:firstLine="0"/>
      </w:pPr>
      <w:r>
        <w:t>In the past, Shi Bin would have nodded and said, “I understand.” The truth was that he did not.</w:t>
      </w:r>
    </w:p>
    <w:p>
      <w:pPr>
        <w:ind w:firstLine="0"/>
      </w:pPr>
      <w:r>
        <w:t>This time he asked, “What exactly makes these look premium to you?”</w:t>
      </w:r>
    </w:p>
    <w:p>
      <w:pPr>
        <w:ind w:firstLine="0"/>
      </w:pPr>
      <w:r>
        <w:t>At first Chen answered, “It’s just the feeling.” But as they kept talking, the feeling became observable. The photos did not look casually taken. Product specifications were orderly. The pages had breathing room. The English did not read like raw machine translation. A buyer could quickly see what problem each machine solved. Case studies did not merely say “exported worldwide”; they named a country, a production line, and a use case.</w:t>
      </w:r>
    </w:p>
    <w:p>
      <w:pPr>
        <w:ind w:firstLine="0"/>
      </w:pPr>
      <w:r>
        <w:t>The vague phrase began to break into parts.</w:t>
      </w:r>
    </w:p>
    <w:p>
      <w:pPr>
        <w:ind w:firstLine="0"/>
      </w:pPr>
      <w:r>
        <w:t>Shi Bin treated the six reference sites as material, not as templates. He did not ask which one he should imitate most closely. He asked why six visually different sites produced the same judgment in Chen’s mind. Repeated signals emerged: order, restraint, credible photography, clear information hierarchy, and specific evidence.</w:t>
      </w:r>
    </w:p>
    <w:p>
      <w:pPr>
        <w:ind w:firstLine="0"/>
      </w:pPr>
      <w:r>
        <w:t>When the first draft was ready, Chen still said, “Something is missing.”</w:t>
      </w:r>
    </w:p>
    <w:p>
      <w:pPr>
        <w:ind w:firstLine="0"/>
      </w:pPr>
      <w:r>
        <w:t>Shi Bin no longer heard that as a personal judgment of his taste. He asked Chen to point to three places where the feeling broke. One was a hero image that looked like stock photography. Another was a headline that sounded impressive but said nothing about the business. The third was a product card overloaded with specifications.</w:t>
      </w:r>
    </w:p>
    <w:p>
      <w:pPr>
        <w:ind w:firstLine="0"/>
      </w:pPr>
      <w:r>
        <w:t>Once again, a vague reaction became something they could examine.</w:t>
      </w:r>
    </w:p>
    <w:p>
      <w:pPr>
        <w:ind w:firstLine="0"/>
      </w:pPr>
      <w:r>
        <w:t>Shi Bin came to see that many commercial disagreements are not disagreements at all. Two people use the same word while referring to different things. Research teaches us to clarify concepts. Website work needs the same discipline. Until words such as premium, professional, and conversion are tied to something observable, discussion easily becomes a contest of confidence rather than understanding.</w:t>
      </w:r>
    </w:p>
    <w:p>
      <w:r>
        <w:br w:type="page"/>
      </w:r>
    </w:p>
    <w:p>
      <w:pPr>
        <w:pStyle w:val="Heading1"/>
      </w:pPr>
      <w:r>
        <w:t>3. “My Customers Never Look at Websites”</w:t>
      </w:r>
    </w:p>
    <w:p>
      <w:pPr>
        <w:spacing w:after="240"/>
        <w:ind w:firstLine="0"/>
      </w:pPr>
      <w:r>
        <w:rPr>
          <w:rFonts w:ascii="Inter" w:hAnsi="Inter" w:eastAsia="Noto Sans CJK SC"/>
          <w:i/>
          <w:color w:val="787D82"/>
          <w:sz w:val="17"/>
        </w:rPr>
        <w:t>Question → material → provisional answer → objection → revision</w:t>
      </w:r>
    </w:p>
    <w:p>
      <w:pPr>
        <w:ind w:firstLine="0"/>
      </w:pPr>
      <w:r>
        <w:t>Boss Liu had never cared much about websites.</w:t>
      </w:r>
    </w:p>
    <w:p>
      <w:pPr>
        <w:ind w:firstLine="0"/>
      </w:pPr>
      <w:r>
        <w:t>“Our business runs on relationships,” he said. “Customers simply don’t look at websites.”</w:t>
      </w:r>
    </w:p>
    <w:p>
      <w:pPr>
        <w:ind w:firstLine="0"/>
      </w:pPr>
      <w:r>
        <w:t>Shi Bin wanted to argue. He sold websites for a living. If every boss believed customers never looked at them, his profession sounded like selling umbrellas in a place where it never rained.</w:t>
      </w:r>
    </w:p>
    <w:p>
      <w:pPr>
        <w:ind w:firstLine="0"/>
      </w:pPr>
      <w:r>
        <w:t>But he did not answer with the usual line: “Everyone Googles suppliers now.” Instead, he asked, “How do you know they don’t look?”</w:t>
      </w:r>
    </w:p>
    <w:p>
      <w:pPr>
        <w:ind w:firstLine="0"/>
      </w:pPr>
      <w:r>
        <w:t>Liu said no customer had ever told him, “I visited your website.”</w:t>
      </w:r>
    </w:p>
    <w:p>
      <w:pPr>
        <w:ind w:firstLine="0"/>
      </w:pPr>
      <w:r>
        <w:t>Shi Bin thought for a moment. “Does not mentioning the website prove that they did not visit it?”</w:t>
      </w:r>
    </w:p>
    <w:p>
      <w:pPr>
        <w:ind w:firstLine="0"/>
      </w:pPr>
      <w:r>
        <w:t>Liu went quiet.</w:t>
      </w:r>
    </w:p>
    <w:p>
      <w:pPr>
        <w:ind w:firstLine="0"/>
      </w:pPr>
      <w:r>
        <w:t>They reviewed the twenty most recent inquiries. Five came through existing customers, six from trade fairs, three through Alibaba, and the rest had unclear origins. Two buyers, however, had mentioned a product model that appeared on the old website. Another had complained that the address on the site was outdated.</w:t>
      </w:r>
    </w:p>
    <w:p>
      <w:pPr>
        <w:ind w:firstLine="0"/>
      </w:pPr>
      <w:r>
        <w:t>That did not prove that all customers used the website. It proved only that “customers never look” was too strong a claim.</w:t>
      </w:r>
    </w:p>
    <w:p>
      <w:pPr>
        <w:ind w:firstLine="0"/>
      </w:pPr>
      <w:r>
        <w:t>Shi Bin suggested a tiny experiment. For two months, when salespeople entered a serious first conversation with a new buyer, they would casually ask, “Had you seen our website before we spoke?” The point was not to prove the website useful. The point was to record what happened.</w:t>
      </w:r>
    </w:p>
    <w:p>
      <w:pPr>
        <w:ind w:firstLine="0"/>
      </w:pPr>
      <w:r>
        <w:t>Two months later, the result was not the victory Shi Bin might once have wanted. Some customers truly had never visited. Some looked only after receiving a quotation. Some checked the company before sending their first reply.</w:t>
      </w:r>
    </w:p>
    <w:p>
      <w:pPr>
        <w:ind w:firstLine="0"/>
      </w:pPr>
      <w:r>
        <w:t>Shi Bin liked this result more.</w:t>
      </w:r>
    </w:p>
    <w:p>
      <w:pPr>
        <w:ind w:firstLine="0"/>
      </w:pPr>
      <w:r>
        <w:t>Reality rarely rewards clean, absolute statements. It gives boundaries instead: who looks, when they look, what they look for, and what changes afterward.</w:t>
      </w:r>
    </w:p>
    <w:p>
      <w:pPr>
        <w:ind w:firstLine="0"/>
      </w:pPr>
      <w:r>
        <w:t>He also began to distrust his own professional bias. A person who sells websites naturally wants websites to matter, just as a person holding a hammer tends to notice nails. Inquiry is not the art of proving that your product matters. It is the discipline of allowing evidence to tell you that sometimes it matters, sometimes it does not, and sometimes it matters in a way you did not expect.</w:t>
      </w:r>
    </w:p>
    <w:p>
      <w:r>
        <w:br w:type="page"/>
      </w:r>
    </w:p>
    <w:p>
      <w:pPr>
        <w:pStyle w:val="Heading1"/>
      </w:pPr>
      <w:r>
        <w:t>4. The First Time Shi Bin Did Not Rush to Quote</w:t>
      </w:r>
    </w:p>
    <w:p>
      <w:pPr>
        <w:spacing w:after="240"/>
        <w:ind w:firstLine="0"/>
      </w:pPr>
      <w:r>
        <w:rPr>
          <w:rFonts w:ascii="Inter" w:hAnsi="Inter" w:eastAsia="Noto Sans CJK SC"/>
          <w:i/>
          <w:color w:val="787D82"/>
          <w:sz w:val="17"/>
        </w:rPr>
        <w:t>Question → material → provisional answer → objection → revision</w:t>
      </w:r>
    </w:p>
    <w:p>
      <w:pPr>
        <w:ind w:firstLine="0"/>
      </w:pPr>
      <w:r>
        <w:t>Boss Zhao sent a short message: “How much for an export website?”</w:t>
      </w:r>
    </w:p>
    <w:p>
      <w:pPr>
        <w:ind w:firstLine="0"/>
      </w:pPr>
      <w:r>
        <w:t>It was one of the questions Shi Bin heard most often and one of the hardest to answer well.</w:t>
      </w:r>
    </w:p>
    <w:p>
      <w:pPr>
        <w:ind w:firstLine="0"/>
      </w:pPr>
      <w:r>
        <w:t>He used to give a range immediately: “Three to eight thousand, depending on features.” The client would ask why someone else could do it for one thousand, and within two messages the entire conversation became a price comparison.</w:t>
      </w:r>
    </w:p>
    <w:p>
      <w:pPr>
        <w:ind w:firstLine="0"/>
      </w:pPr>
      <w:r>
        <w:t>This time Shi Bin did not quote. He replied, “Can you tell me what you need the site to accomplish?”</w:t>
      </w:r>
    </w:p>
    <w:p>
      <w:pPr>
        <w:ind w:firstLine="0"/>
      </w:pPr>
      <w:r>
        <w:t>Zhao said the company would attend a trade fair in Germany at the end of the year. He wanted a respectable URL on the business cards.</w:t>
      </w:r>
    </w:p>
    <w:p>
      <w:pPr>
        <w:ind w:firstLine="0"/>
      </w:pPr>
      <w:r>
        <w:t>More questions changed the project. The company was not planning to acquire leads online. It sold only twelve main products. Salespeople did most prospecting directly. The website’s most important job was to help people met at the exhibition verify the company later, download specifications, and find the right salesperson.</w:t>
      </w:r>
    </w:p>
    <w:p>
      <w:pPr>
        <w:ind w:firstLine="0"/>
      </w:pPr>
      <w:r>
        <w:t>That was not the same project as a two-hundred-product website designed around Google search traffic.</w:t>
      </w:r>
    </w:p>
    <w:p>
      <w:pPr>
        <w:ind w:firstLine="0"/>
      </w:pPr>
      <w:r>
        <w:t>Shi Bin realized that a quotation is itself a conclusion. A conclusion should have reasons, and reasons require facts. Giving a precise number before learning anything is not efficiency. It is pretending to know under conditions of uncertainty.</w:t>
      </w:r>
    </w:p>
    <w:p>
      <w:pPr>
        <w:ind w:firstLine="0"/>
      </w:pPr>
      <w:r>
        <w:t>His final proposal was actually cheaper than Zhao’s expected budget. There was no blog, no complicated administration system, and no long paragraph claiming to be a “global leading solution provider.” They focused on the twelve products, certifications, exhibition information, technical downloads, and human contacts.</w:t>
      </w:r>
    </w:p>
    <w:p>
      <w:pPr>
        <w:ind w:firstLine="0"/>
      </w:pPr>
      <w:r>
        <w:t>“Why didn’t you add more features?” Zhao asked.</w:t>
      </w:r>
    </w:p>
    <w:p>
      <w:pPr>
        <w:ind w:firstLine="0"/>
      </w:pPr>
      <w:r>
        <w:t>“Because I don’t have evidence that you need them,” Shi Bin said.</w:t>
      </w:r>
    </w:p>
    <w:p>
      <w:pPr>
        <w:ind w:firstLine="0"/>
      </w:pPr>
      <w:r>
        <w:t>For the first time, he saw sales as a kind of honest inquiry. Not every conversation should move toward a larger package. Sometimes the problem should be allowed to determine how small the answer can be.</w:t>
      </w:r>
    </w:p>
    <w:p>
      <w:pPr>
        <w:ind w:firstLine="0"/>
      </w:pPr>
      <w:r>
        <w:t>A proposal that evidence is allowed to shrink is often more trustworthy than one that can only grow.</w:t>
      </w:r>
    </w:p>
    <w:p>
      <w:r>
        <w:br w:type="page"/>
      </w:r>
    </w:p>
    <w:p>
      <w:pPr>
        <w:pStyle w:val="Heading1"/>
      </w:pPr>
      <w:r>
        <w:t>5. A Boss’s Memory Is Not Data</w:t>
      </w:r>
    </w:p>
    <w:p>
      <w:pPr>
        <w:spacing w:after="240"/>
        <w:ind w:firstLine="0"/>
      </w:pPr>
      <w:r>
        <w:rPr>
          <w:rFonts w:ascii="Inter" w:hAnsi="Inter" w:eastAsia="Noto Sans CJK SC"/>
          <w:i/>
          <w:color w:val="787D82"/>
          <w:sz w:val="17"/>
        </w:rPr>
        <w:t>Question → material → provisional answer → objection → revision</w:t>
      </w:r>
    </w:p>
    <w:p>
      <w:pPr>
        <w:ind w:firstLine="0"/>
      </w:pPr>
      <w:r>
        <w:t>Boss Sun was certain about one thing: customers loved hearing that the company had twenty years of experience.</w:t>
      </w:r>
    </w:p>
    <w:p>
      <w:pPr>
        <w:ind w:firstLine="0"/>
      </w:pPr>
      <w:r>
        <w:t>“Every time I mention twenty years, they relax,” he said.</w:t>
      </w:r>
    </w:p>
    <w:p>
      <w:pPr>
        <w:ind w:firstLine="0"/>
      </w:pPr>
      <w:r>
        <w:t>Shi Bin had planned to make “20 YEARS EXPERIENCE” the largest number on the homepage. Then he remembered another client who had insisted that buyers cared about price above all else. When they later reviewed inquiry records, certification and delivery time appeared far more often.</w:t>
      </w:r>
    </w:p>
    <w:p>
      <w:pPr>
        <w:ind w:firstLine="0"/>
      </w:pPr>
      <w:r>
        <w:t>“Could we look at some conversations with customers?” Shi Bin asked.</w:t>
      </w:r>
    </w:p>
    <w:p>
      <w:pPr>
        <w:ind w:firstLine="0"/>
      </w:pPr>
      <w:r>
        <w:t>They opened a random sample of chats from deals that had actually closed. A few buyers did ask how long the company had existed. More asked about materials, test reports, lead times, packaging, and whether they could begin with a small trial order.</w:t>
      </w:r>
    </w:p>
    <w:p>
      <w:pPr>
        <w:ind w:firstLine="0"/>
      </w:pPr>
      <w:r>
        <w:t>Sun looked slightly offended. “Are you saying I don’t understand my own customers?”</w:t>
      </w:r>
    </w:p>
    <w:p>
      <w:pPr>
        <w:ind w:firstLine="0"/>
      </w:pPr>
      <w:r>
        <w:t>Shi Bin was not saying that. He was noticing something about memory. Memorable episodes receive more weight than ordinary ones. A buyer hearing the company’s founding story, shaking hands, and saying “Impressive” creates a vivid scene. Ten buyers quietly asking “Can you send the report?” do not.</w:t>
      </w:r>
    </w:p>
    <w:p>
      <w:pPr>
        <w:ind w:firstLine="0"/>
      </w:pPr>
      <w:r>
        <w:t>They kept the twenty-year history, but changed its role. The homepage still showed the founding year, now beside test reports, export markets, delivery ranges, and real factory photographs.</w:t>
      </w:r>
    </w:p>
    <w:p>
      <w:pPr>
        <w:ind w:firstLine="0"/>
      </w:pPr>
      <w:r>
        <w:t>Shi Bin left the project with a distinction he would not forget: experience matters, but “I remember this happening” is not the same as “this usually happens.”</w:t>
      </w:r>
    </w:p>
    <w:p>
      <w:pPr>
        <w:ind w:firstLine="0"/>
      </w:pPr>
      <w:r>
        <w:t>Experience is often a good place to begin looking. It should not automatically be the place where checking ends.</w:t>
      </w:r>
    </w:p>
    <w:p>
      <w:r>
        <w:br w:type="page"/>
      </w:r>
    </w:p>
    <w:p>
      <w:pPr>
        <w:pStyle w:val="Heading1"/>
      </w:pPr>
      <w:r>
        <w:t>6. The Boss Who Wanted to Copy a Competitor</w:t>
      </w:r>
    </w:p>
    <w:p>
      <w:pPr>
        <w:spacing w:after="240"/>
        <w:ind w:firstLine="0"/>
      </w:pPr>
      <w:r>
        <w:rPr>
          <w:rFonts w:ascii="Inter" w:hAnsi="Inter" w:eastAsia="Noto Sans CJK SC"/>
          <w:i/>
          <w:color w:val="787D82"/>
          <w:sz w:val="17"/>
        </w:rPr>
        <w:t>Question → material → provisional answer → objection → revision</w:t>
      </w:r>
    </w:p>
    <w:p>
      <w:pPr>
        <w:ind w:firstLine="0"/>
      </w:pPr>
      <w:r>
        <w:t>Boss He sent Shi Bin a competitor’s website.</w:t>
      </w:r>
    </w:p>
    <w:p>
      <w:pPr>
        <w:ind w:firstLine="0"/>
      </w:pPr>
      <w:r>
        <w:t>“Copy this,” he said. “That company makes tens of millions a year, so the website obviously works.”</w:t>
      </w:r>
    </w:p>
    <w:p>
      <w:pPr>
        <w:ind w:firstLine="0"/>
      </w:pPr>
      <w:r>
        <w:t>For a moment the argument felt persuasive. The website of a successful company looked like evidence of what success required.</w:t>
      </w:r>
    </w:p>
    <w:p>
      <w:pPr>
        <w:ind w:firstLine="0"/>
      </w:pPr>
      <w:r>
        <w:t>Then Shi Bin asked himself a simple question: Did the company succeed because its website looked this way, or did it have a sophisticated website because it was already successful enough to invest in one?</w:t>
      </w:r>
    </w:p>
    <w:p>
      <w:pPr>
        <w:ind w:firstLine="0"/>
      </w:pPr>
      <w:r>
        <w:t>The causal story became less obedient.</w:t>
      </w:r>
    </w:p>
    <w:p>
      <w:pPr>
        <w:ind w:firstLine="0"/>
      </w:pPr>
      <w:r>
        <w:t>He examined what was publicly visible about the competitor. It had overseas warehouses, a large sales team, years of trade-fair activity, and an established distributor network. The website might matter, but it was one component of a much larger commercial system.</w:t>
      </w:r>
    </w:p>
    <w:p>
      <w:pPr>
        <w:ind w:firstLine="0"/>
      </w:pPr>
      <w:r>
        <w:t>“We can study this site,” Shi Bin told He. “We should not treat it as proof.”</w:t>
      </w:r>
    </w:p>
    <w:p>
      <w:pPr>
        <w:ind w:firstLine="0"/>
      </w:pPr>
      <w:r>
        <w:t>They changed the meaning of imitation. They did not copy the colors, the copywriting, or the order of homepage sections. Instead, they asked why the competitor presented industries before product model numbers, why every machine page offered downloadable files, and why case studies repeatedly named countries, situations, and outcomes.</w:t>
      </w:r>
    </w:p>
    <w:p>
      <w:pPr>
        <w:ind w:firstLine="0"/>
      </w:pPr>
      <w:r>
        <w:t>“Borrow the structure of the questions it answers,” Shi Bin said. “Don’t borrow its skin.”</w:t>
      </w:r>
    </w:p>
    <w:p>
      <w:pPr>
        <w:ind w:firstLine="0"/>
      </w:pPr>
      <w:r>
        <w:t>The final website looked little like the competitor’s, yet it fit He’s business much better than the original copy would have.</w:t>
      </w:r>
    </w:p>
    <w:p>
      <w:pPr>
        <w:ind w:firstLine="0"/>
      </w:pPr>
      <w:r>
        <w:t>Shi Bin acquired a useful habit: when he saw a successful example, he began by asking what it could demonstrate, and then what it could not.</w:t>
      </w:r>
    </w:p>
    <w:p>
      <w:pPr>
        <w:ind w:firstLine="0"/>
      </w:pPr>
      <w:r>
        <w:t>If an example produces admiration but cannot help separate one possible cause from another, it is closer to advertising than evidence.</w:t>
      </w:r>
    </w:p>
    <w:p>
      <w:r>
        <w:br w:type="page"/>
      </w:r>
    </w:p>
    <w:p>
      <w:pPr>
        <w:pStyle w:val="Heading1"/>
      </w:pPr>
      <w:r>
        <w:t>7. Day Thirty-One Without an Inquiry</w:t>
      </w:r>
    </w:p>
    <w:p>
      <w:pPr>
        <w:spacing w:after="240"/>
        <w:ind w:firstLine="0"/>
      </w:pPr>
      <w:r>
        <w:rPr>
          <w:rFonts w:ascii="Inter" w:hAnsi="Inter" w:eastAsia="Noto Sans CJK SC"/>
          <w:i/>
          <w:color w:val="787D82"/>
          <w:sz w:val="17"/>
        </w:rPr>
        <w:t>Question → material → provisional answer → objection → revision</w:t>
      </w:r>
    </w:p>
    <w:p>
      <w:pPr>
        <w:ind w:firstLine="0"/>
      </w:pPr>
      <w:r>
        <w:t>A month after the new site launched, Boss Ma called.</w:t>
      </w:r>
    </w:p>
    <w:p>
      <w:pPr>
        <w:ind w:firstLine="0"/>
      </w:pPr>
      <w:r>
        <w:t>“Not a single inquiry. Does that mean websites don’t work?”</w:t>
      </w:r>
    </w:p>
    <w:p>
      <w:pPr>
        <w:ind w:firstLine="0"/>
      </w:pPr>
      <w:r>
        <w:t>The question landed heavily. Shi Bin had built the site, so he felt personally exposed.</w:t>
      </w:r>
    </w:p>
    <w:p>
      <w:pPr>
        <w:ind w:firstLine="0"/>
      </w:pPr>
      <w:r>
        <w:t>Two answers were immediately tempting. Ma could say, “The website is useless.” Shi Bin could defend himself with, “SEO takes time. Just wait.” Both answers protected the speaker. Neither explained what had happened.</w:t>
      </w:r>
    </w:p>
    <w:p>
      <w:pPr>
        <w:ind w:firstLine="0"/>
      </w:pPr>
      <w:r>
        <w:t>Shi Bin opened the data. The website received only a dozen visits a day, most from inside China. Google had indexed few product pages. Almost none of the English keywords ranked. The only obvious contact mechanism was a generic form that did not even say when someone would respond.</w:t>
      </w:r>
    </w:p>
    <w:p>
      <w:pPr>
        <w:ind w:firstLine="0"/>
      </w:pPr>
      <w:r>
        <w:t>The question changed.</w:t>
      </w:r>
    </w:p>
    <w:p>
      <w:pPr>
        <w:ind w:firstLine="0"/>
      </w:pPr>
      <w:r>
        <w:t>It was no longer, “Why does the website fail to convert?” It became, “When almost no target customer has reached the site, do we yet have enough evidence to judge its conversion ability?”</w:t>
      </w:r>
    </w:p>
    <w:p>
      <w:pPr>
        <w:ind w:firstLine="0"/>
      </w:pPr>
      <w:r>
        <w:t>They first worked on discoverability. Product pages gained visible WhatsApp and email contacts. The form became a specific “Get a Quote” action, and inquiries were tagged by source. Two months later, a few leads began to appear. Shi Bin still refused to declare victory.</w:t>
      </w:r>
    </w:p>
    <w:p>
      <w:pPr>
        <w:ind w:firstLine="0"/>
      </w:pPr>
      <w:r>
        <w:t>“At most,” he told Ma, “we can say the site is beginning to generate opportunities that we can observe. We still can’t claim that every inquiry was caused by the website alone.”</w:t>
      </w:r>
    </w:p>
    <w:p>
      <w:pPr>
        <w:ind w:firstLine="0"/>
      </w:pPr>
      <w:r>
        <w:t>Ma laughed at how cautious he had become.</w:t>
      </w:r>
    </w:p>
    <w:p>
      <w:pPr>
        <w:ind w:firstLine="0"/>
      </w:pPr>
      <w:r>
        <w:t>Shi Bin found the caution liberating. He used to think professionalism meant delivering confident answers. Now he was learning that professionalism sometimes means knowing exactly how far the evidence lets you go—and stopping there.</w:t>
      </w:r>
    </w:p>
    <w:p>
      <w:pPr>
        <w:ind w:firstLine="0"/>
      </w:pPr>
      <w:r>
        <w:t>The boundary of a conclusion is part of the conclusion.</w:t>
      </w:r>
    </w:p>
    <w:p>
      <w:r>
        <w:br w:type="page"/>
      </w:r>
    </w:p>
    <w:p>
      <w:pPr>
        <w:pStyle w:val="Heading1"/>
      </w:pPr>
      <w:r>
        <w:t>8. How Many Products Belong on the Homepage?</w:t>
      </w:r>
    </w:p>
    <w:p>
      <w:pPr>
        <w:spacing w:after="240"/>
        <w:ind w:firstLine="0"/>
      </w:pPr>
      <w:r>
        <w:rPr>
          <w:rFonts w:ascii="Inter" w:hAnsi="Inter" w:eastAsia="Noto Sans CJK SC"/>
          <w:i/>
          <w:color w:val="787D82"/>
          <w:sz w:val="17"/>
        </w:rPr>
        <w:t>Question → material → provisional answer → objection → revision</w:t>
      </w:r>
    </w:p>
    <w:p>
      <w:pPr>
        <w:ind w:firstLine="0"/>
      </w:pPr>
      <w:r>
        <w:t>Boss Guo had more than 180 SKUs. He wanted all of them on the homepage.</w:t>
      </w:r>
    </w:p>
    <w:p>
      <w:pPr>
        <w:ind w:firstLine="0"/>
      </w:pPr>
      <w:r>
        <w:t>“When customers arrive, they need to see that we have everything.”</w:t>
      </w:r>
    </w:p>
    <w:p>
      <w:pPr>
        <w:ind w:firstLine="0"/>
      </w:pPr>
      <w:r>
        <w:t>The designer said it would be chaotic. Guo replied, “You don’t understand business.” Both sides had reasons; neither could persuade the other.</w:t>
      </w:r>
    </w:p>
    <w:p>
      <w:pPr>
        <w:ind w:firstLine="0"/>
      </w:pPr>
      <w:r>
        <w:t>Shi Bin stopped arguing about aesthetics. He asked the sales team, “When a new customer first comes to you, do they usually know the exact model they need?”</w:t>
      </w:r>
    </w:p>
    <w:p>
      <w:pPr>
        <w:ind w:firstLine="0"/>
      </w:pPr>
      <w:r>
        <w:t>Not always. Many buyers knew only that they wanted takeaway containers, bakery packaging, or thermal labels. The exact SKU emerged later through conversation.</w:t>
      </w:r>
    </w:p>
    <w:p>
      <w:pPr>
        <w:ind w:firstLine="0"/>
      </w:pPr>
      <w:r>
        <w:t>That changed the task of the homepage. If visitors did not yet know the model number, presenting 180 products at once might not communicate abundance. It might simply dump the company’s internal catalog onto someone who did not yet have a map.</w:t>
      </w:r>
    </w:p>
    <w:p>
      <w:pPr>
        <w:ind w:firstLine="0"/>
      </w:pPr>
      <w:r>
        <w:t>They classified the last hundred inquiries and found that most began inside six broad need categories. The homepage was rebuilt around those six entrances, allowing visitors to narrow progressively.</w:t>
      </w:r>
    </w:p>
    <w:p>
      <w:pPr>
        <w:ind w:firstLine="0"/>
      </w:pPr>
      <w:r>
        <w:t>Guo remained uneasy. “Won’t it make us look as if we have fewer products?”</w:t>
      </w:r>
    </w:p>
    <w:p>
      <w:pPr>
        <w:ind w:firstLine="0"/>
      </w:pPr>
      <w:r>
        <w:t>Shi Bin did not promise that it would not. He prepared two versions and asked several salespeople and existing customers to perform one simple task: “Imagine you need a paper cup that can be printed with a logo. Where would you start?”</w:t>
      </w:r>
    </w:p>
    <w:p>
      <w:pPr>
        <w:ind w:firstLine="0"/>
      </w:pPr>
      <w:r>
        <w:t>It was not a rigorous experiment, but it exposed a pattern. The dense version made people scan image after image. The categorized version gave them a path.</w:t>
      </w:r>
    </w:p>
    <w:p>
      <w:pPr>
        <w:ind w:firstLine="0"/>
      </w:pPr>
      <w:r>
        <w:t>Shi Bin came to see information architecture as a form of argument. A page quietly claims that certain things belong together, that some things matter more than others, and that one next step is more reasonable than another.</w:t>
      </w:r>
    </w:p>
    <w:p>
      <w:pPr>
        <w:ind w:firstLine="0"/>
      </w:pPr>
      <w:r>
        <w:t>Organization is not merely making information neat. It is reducing the cost of being a stranger who does not yet know where to go.</w:t>
      </w:r>
    </w:p>
    <w:p>
      <w:r>
        <w:br w:type="page"/>
      </w:r>
    </w:p>
    <w:p>
      <w:pPr>
        <w:pStyle w:val="Heading1"/>
      </w:pPr>
      <w:r>
        <w:t>9. English Is Not Chinese with Different Words</w:t>
      </w:r>
    </w:p>
    <w:p>
      <w:pPr>
        <w:spacing w:after="240"/>
        <w:ind w:firstLine="0"/>
      </w:pPr>
      <w:r>
        <w:rPr>
          <w:rFonts w:ascii="Inter" w:hAnsi="Inter" w:eastAsia="Noto Sans CJK SC"/>
          <w:i/>
          <w:color w:val="787D82"/>
          <w:sz w:val="17"/>
        </w:rPr>
        <w:t>Question → material → provisional answer → objection → revision</w:t>
      </w:r>
    </w:p>
    <w:p>
      <w:pPr>
        <w:ind w:firstLine="0"/>
      </w:pPr>
      <w:r>
        <w:t>Boss Tang sent Shi Bin a Chinese company introduction.</w:t>
      </w:r>
    </w:p>
    <w:p>
      <w:pPr>
        <w:ind w:firstLine="0"/>
      </w:pPr>
      <w:r>
        <w:t>“Just translate this into English and put it on the site.”</w:t>
      </w:r>
    </w:p>
    <w:p>
      <w:pPr>
        <w:ind w:firstLine="0"/>
      </w:pPr>
      <w:r>
        <w:t>The text was full of familiar corporate expressions: forge ahead through hardship, manufacture with craftsmanship, integrity as our foundation, win-win cooperation. In Chinese brochures the phrases were ordinary. In English they became a polite fog.</w:t>
      </w:r>
    </w:p>
    <w:p>
      <w:pPr>
        <w:ind w:firstLine="0"/>
      </w:pPr>
      <w:r>
        <w:t>Shi Bin did not begin by translating. He asked, “Who is this page for?”</w:t>
      </w:r>
    </w:p>
    <w:p>
      <w:pPr>
        <w:ind w:firstLine="0"/>
      </w:pPr>
      <w:r>
        <w:t>“Mostly procurement people in Singapore and Australia.”</w:t>
      </w:r>
    </w:p>
    <w:p>
      <w:pPr>
        <w:ind w:firstLine="0"/>
      </w:pPr>
      <w:r>
        <w:t>“What do they most want to know after reading it?”</w:t>
      </w:r>
    </w:p>
    <w:p>
      <w:pPr>
        <w:ind w:firstLine="0"/>
      </w:pPr>
      <w:r>
        <w:t>Tang listed the answers: What do you actually supply? Can you do OEM? What certifications do you have? Roughly how long does delivery take? What is the MOQ? How do they reach the right person?</w:t>
      </w:r>
    </w:p>
    <w:p>
      <w:pPr>
        <w:ind w:firstLine="0"/>
      </w:pPr>
      <w:r>
        <w:t>The company introduction changed completely. Instead of searching for an elegant English version of “craftsmanship,” Shi Bin converted the idea into things a buyer could verify: number of production lines, major materials, quality-control checkpoints, export markets, and the delivery process.</w:t>
      </w:r>
    </w:p>
    <w:p>
      <w:pPr>
        <w:ind w:firstLine="0"/>
      </w:pPr>
      <w:r>
        <w:t>Tang looked at the result. “It doesn’t feel as grand as before.”</w:t>
      </w:r>
    </w:p>
    <w:p>
      <w:pPr>
        <w:ind w:firstLine="0"/>
      </w:pPr>
      <w:r>
        <w:t>“But a stranger knows more after reading it,” Shi Bin said.</w:t>
      </w:r>
    </w:p>
    <w:p>
      <w:pPr>
        <w:ind w:firstLine="0"/>
      </w:pPr>
      <w:r>
        <w:t>That project taught him that audience is not someone you remember at the end of writing. Different readers change what counts as background, what must be explained, what counts as evidence, and what deserves to appear first.</w:t>
      </w:r>
    </w:p>
    <w:p>
      <w:pPr>
        <w:ind w:firstLine="0"/>
      </w:pPr>
      <w:r>
        <w:t>Many English websites do not fail because the English is grammatically bad. They fail because the company is still speaking to itself—only in English.</w:t>
      </w:r>
    </w:p>
    <w:p>
      <w:pPr>
        <w:ind w:firstLine="0"/>
      </w:pPr>
      <w:r>
        <w:t>Words can be translated mechanically. Questions cannot. You must ask again: Who is this reader? Why did they arrive? What are they uncertain about? What would they need before they continue to trust you?</w:t>
      </w:r>
    </w:p>
    <w:p>
      <w:r>
        <w:br w:type="page"/>
      </w:r>
    </w:p>
    <w:p>
      <w:pPr>
        <w:pStyle w:val="Heading1"/>
      </w:pPr>
      <w:r>
        <w:t>10. One Factory Photograph</w:t>
      </w:r>
    </w:p>
    <w:p>
      <w:pPr>
        <w:spacing w:after="240"/>
        <w:ind w:firstLine="0"/>
      </w:pPr>
      <w:r>
        <w:rPr>
          <w:rFonts w:ascii="Inter" w:hAnsi="Inter" w:eastAsia="Noto Sans CJK SC"/>
          <w:i/>
          <w:color w:val="787D82"/>
          <w:sz w:val="17"/>
        </w:rPr>
        <w:t>Question → material → provisional answer → objection → revision</w:t>
      </w:r>
    </w:p>
    <w:p>
      <w:pPr>
        <w:ind w:firstLine="0"/>
      </w:pPr>
      <w:r>
        <w:t>Boss Wu did not want to photograph the factory.</w:t>
      </w:r>
    </w:p>
    <w:p>
      <w:pPr>
        <w:ind w:firstLine="0"/>
      </w:pPr>
      <w:r>
        <w:t>“Just find some similar pictures online. Customers won’t know.”</w:t>
      </w:r>
    </w:p>
    <w:p>
      <w:pPr>
        <w:ind w:firstLine="0"/>
      </w:pPr>
      <w:r>
        <w:t>From an efficiency standpoint, the idea was tempting. Stock factories were clean and perfectly lit. Their machines always looked newly unpacked. Wu’s actual factory had cartons, tape, people loading goods, and a mop in one corner.</w:t>
      </w:r>
    </w:p>
    <w:p>
      <w:pPr>
        <w:ind w:firstLine="0"/>
      </w:pPr>
      <w:r>
        <w:t>But Shi Bin asked what the photographs were supposed to do. Buyers were not visiting the page to appreciate industrial photography. They were trying to judge whether the company was real and whether it had the production capability it claimed.</w:t>
      </w:r>
    </w:p>
    <w:p>
      <w:pPr>
        <w:ind w:firstLine="0"/>
      </w:pPr>
      <w:r>
        <w:t>If an image functions as evidence, then “beautiful but not true” is not merely an aesthetic choice. It changes the nature of the evidence.</w:t>
      </w:r>
    </w:p>
    <w:p>
      <w:pPr>
        <w:ind w:firstLine="0"/>
      </w:pPr>
      <w:r>
        <w:t>“If the image is decoration, stock photography can be fine,” Shi Bin told Wu. “If it is supposed to prove that this is your factory, it has to be yours.”</w:t>
      </w:r>
    </w:p>
    <w:p>
      <w:pPr>
        <w:ind w:firstLine="0"/>
      </w:pPr>
      <w:r>
        <w:t>They photographed the real facility. They tidied it to the level of an ordinary working day rather than pretending it was a showroom. They captured machine plates, production lines, inspection benches, container loading, and the gloved hands of workers checking finished products.</w:t>
      </w:r>
    </w:p>
    <w:p>
      <w:pPr>
        <w:ind w:firstLine="0"/>
      </w:pPr>
      <w:r>
        <w:t>The images were not as glamorous as the stock photos. They were stronger in another way: they agreed with other pieces of information. Machine models matched capacity statements. The company name and address appeared where expected. Loading photographs aligned with export cases.</w:t>
      </w:r>
    </w:p>
    <w:p>
      <w:pPr>
        <w:ind w:firstLine="0"/>
      </w:pPr>
      <w:r>
        <w:t>Shi Bin began to see that website content has an ethics of evidence. You cannot justify something merely because it persuades more effectively. You also have to ask whether it is true and whether it is being shown in a fair context.</w:t>
      </w:r>
    </w:p>
    <w:p>
      <w:pPr>
        <w:ind w:firstLine="0"/>
      </w:pPr>
      <w:r>
        <w:t>Trust is not manufactured by writing “TRUSTED PARTNER.” It grows when a stranger discovers that what you say, what you show, and what they can independently verify do not contradict one another.</w:t>
      </w:r>
    </w:p>
    <w:p>
      <w:r>
        <w:br w:type="page"/>
      </w:r>
    </w:p>
    <w:p>
      <w:pPr>
        <w:pStyle w:val="Heading1"/>
      </w:pPr>
      <w:r>
        <w:t>11. The Website AI Built in Three Minutes</w:t>
      </w:r>
    </w:p>
    <w:p>
      <w:pPr>
        <w:spacing w:after="240"/>
        <w:ind w:firstLine="0"/>
      </w:pPr>
      <w:r>
        <w:rPr>
          <w:rFonts w:ascii="Inter" w:hAnsi="Inter" w:eastAsia="Noto Sans CJK SC"/>
          <w:i/>
          <w:color w:val="787D82"/>
          <w:sz w:val="17"/>
        </w:rPr>
        <w:t>Question → material → provisional answer → objection → revision</w:t>
      </w:r>
    </w:p>
    <w:p>
      <w:pPr>
        <w:ind w:firstLine="0"/>
      </w:pPr>
      <w:r>
        <w:t>For a while, videos of AI generating websites in three minutes frightened Shi Bin.</w:t>
      </w:r>
    </w:p>
    <w:p>
      <w:pPr>
        <w:ind w:firstLine="0"/>
      </w:pPr>
      <w:r>
        <w:t>His clients saw them too.</w:t>
      </w:r>
    </w:p>
    <w:p>
      <w:pPr>
        <w:ind w:firstLine="0"/>
      </w:pPr>
      <w:r>
        <w:t>Boss Fang asked him directly, “If AI can do this now, why should I pay you?”</w:t>
      </w:r>
    </w:p>
    <w:p>
      <w:pPr>
        <w:ind w:firstLine="0"/>
      </w:pPr>
      <w:r>
        <w:t>Shi Bin’s first impulse was defensive. He could list problems: messy code, average design, weak SEO, difficult maintenance. Halfway through the argument he stopped. Too many of the claims were things he wanted to be true rather than things he had actually tested.</w:t>
      </w:r>
    </w:p>
    <w:p>
      <w:pPr>
        <w:ind w:firstLine="0"/>
      </w:pPr>
      <w:r>
        <w:t>So he ran his own comparison.</w:t>
      </w:r>
    </w:p>
    <w:p>
      <w:pPr>
        <w:ind w:firstLine="0"/>
      </w:pPr>
      <w:r>
        <w:t>Using the same company material, he asked AI to generate one site directly. For a second version, he first organized the customer types, business objective, product structure, and reference sites. A third version began from the second but went through real browser review, mobile testing, and two rounds of revision.</w:t>
      </w:r>
    </w:p>
    <w:p>
      <w:pPr>
        <w:ind w:firstLine="0"/>
      </w:pPr>
      <w:r>
        <w:t>The first version was not nearly as bad as he had hoped. In some respects it looked better than many template sites people had built manually in the past.</w:t>
      </w:r>
    </w:p>
    <w:p>
      <w:pPr>
        <w:ind w:firstLine="0"/>
      </w:pPr>
      <w:r>
        <w:t>The result hurt a little. It also improved the question. If AI could already perform the task of “making pages appear” quickly, what exactly was a website builder still being paid for?</w:t>
      </w:r>
    </w:p>
    <w:p>
      <w:pPr>
        <w:ind w:firstLine="0"/>
      </w:pPr>
      <w:r>
        <w:t>“I can code” was no longer a sufficient answer. Shi Bin moved his value earlier in the process: helping the boss clarify the problem, judging which materials could be trusted, deciding what should be shown, structuring information, checking whether the site actually performed its commercial job, and revising it after launch in response to evidence.</w:t>
      </w:r>
    </w:p>
    <w:p>
      <w:pPr>
        <w:ind w:firstLine="0"/>
      </w:pPr>
      <w:r>
        <w:t>AI did not make Shi Bin stop building websites. It forced him to redefine what building a website meant.</w:t>
      </w:r>
    </w:p>
    <w:p>
      <w:pPr>
        <w:ind w:firstLine="0"/>
      </w:pPr>
      <w:r>
        <w:t>He later became grateful for that discomfort. Inquiry does not always defend your old answer. Sometimes it dismantles it.</w:t>
      </w:r>
    </w:p>
    <w:p>
      <w:pPr>
        <w:ind w:firstLine="0"/>
      </w:pPr>
      <w:r>
        <w:t>When new evidence threatens the story you tell about your own profession, you can attack the evidence—or improve the question. Shi Bin chose the second.</w:t>
      </w:r>
    </w:p>
    <w:p>
      <w:r>
        <w:br w:type="page"/>
      </w:r>
    </w:p>
    <w:p>
      <w:pPr>
        <w:pStyle w:val="Heading1"/>
      </w:pPr>
      <w:r>
        <w:t>12. Five Hundred Versus Five Thousand</w:t>
      </w:r>
    </w:p>
    <w:p>
      <w:pPr>
        <w:spacing w:after="240"/>
        <w:ind w:firstLine="0"/>
      </w:pPr>
      <w:r>
        <w:rPr>
          <w:rFonts w:ascii="Inter" w:hAnsi="Inter" w:eastAsia="Noto Sans CJK SC"/>
          <w:i/>
          <w:color w:val="787D82"/>
          <w:sz w:val="17"/>
        </w:rPr>
        <w:t>Question → material → provisional answer → objection → revision</w:t>
      </w:r>
    </w:p>
    <w:p>
      <w:pPr>
        <w:ind w:firstLine="0"/>
      </w:pPr>
      <w:r>
        <w:t>Once, Shi Bin quoted five thousand. The boss replied, “Someone else can do it for five hundred.”</w:t>
      </w:r>
    </w:p>
    <w:p>
      <w:pPr>
        <w:ind w:firstLine="0"/>
      </w:pPr>
      <w:r>
        <w:t>Years earlier, the sentence would have offended him. He would have heard it as disrespect for professional work. Later he realized that if five hundred and five thousand were compared only as numbers, the argument had no exit.</w:t>
      </w:r>
    </w:p>
    <w:p>
      <w:pPr>
        <w:ind w:firstLine="0"/>
      </w:pPr>
      <w:r>
        <w:t>“What exactly is included in the five hundred?” he asked.</w:t>
      </w:r>
    </w:p>
    <w:p>
      <w:pPr>
        <w:ind w:firstLine="0"/>
      </w:pPr>
      <w:r>
        <w:t>The boss showed him the chat. The cheaper package included five template pages, replacement of text and images, a contact form, and delivery within a week. It did not include content organization, product taxonomy, English rewriting, analytics, or post-launch iteration.</w:t>
      </w:r>
    </w:p>
    <w:p>
      <w:pPr>
        <w:ind w:firstLine="0"/>
      </w:pPr>
      <w:r>
        <w:t>Shi Bin then reread his own proposal and noticed another problem. It said “brand strategy,” “UX,” “SEO foundation,” and “performance optimization.” Every phrase sounded professional, but none told the buyer what additional work was actually being purchased.</w:t>
      </w:r>
    </w:p>
    <w:p>
      <w:pPr>
        <w:ind w:firstLine="0"/>
      </w:pPr>
      <w:r>
        <w:t>He rewrote the proposal. Abstract services became observable activities: interview one salesperson; organize common buyer questions; restructure product categories; rewrite key English pages; test on mobile and desktop browsers; review traffic and inquiry records thirty days after launch.</w:t>
      </w:r>
    </w:p>
    <w:p>
      <w:pPr>
        <w:ind w:firstLine="0"/>
      </w:pPr>
      <w:r>
        <w:t>The boss still chose the five-hundred option.</w:t>
      </w:r>
    </w:p>
    <w:p>
      <w:pPr>
        <w:ind w:firstLine="0"/>
      </w:pPr>
      <w:r>
        <w:t>Strangely, Shi Bin did not feel defeated.</w:t>
      </w:r>
    </w:p>
    <w:p>
      <w:pPr>
        <w:ind w:firstLine="0"/>
      </w:pPr>
      <w:r>
        <w:t>For the first time, he had moved the disagreement away from “who is more professional?” and toward “what different problem is each proposal solving?” If the boss needed a temporary digital business card, five hundred might genuinely be enough. If the company needed a system that would keep participating in lead generation and trust-building, then the two offers were not the same thing at all.</w:t>
      </w:r>
    </w:p>
    <w:p>
      <w:pPr>
        <w:ind w:firstLine="0"/>
      </w:pPr>
      <w:r>
        <w:t>A good argument does not guarantee agreement. At minimum, it should make the disagreement more precise.</w:t>
      </w:r>
    </w:p>
    <w:p>
      <w:r>
        <w:br w:type="page"/>
      </w:r>
    </w:p>
    <w:p>
      <w:pPr>
        <w:pStyle w:val="Heading1"/>
      </w:pPr>
      <w:r>
        <w:t>13. Who Is the Website Actually For?</w:t>
      </w:r>
    </w:p>
    <w:p>
      <w:pPr>
        <w:spacing w:after="240"/>
        <w:ind w:firstLine="0"/>
      </w:pPr>
      <w:r>
        <w:rPr>
          <w:rFonts w:ascii="Inter" w:hAnsi="Inter" w:eastAsia="Noto Sans CJK SC"/>
          <w:i/>
          <w:color w:val="787D82"/>
          <w:sz w:val="17"/>
        </w:rPr>
        <w:t>Question → material → provisional answer → objection → revision</w:t>
      </w:r>
    </w:p>
    <w:p>
      <w:pPr>
        <w:ind w:firstLine="0"/>
      </w:pPr>
      <w:r>
        <w:t>While building a new site, Boss Lin cared most about whether the chairman liked it.</w:t>
      </w:r>
    </w:p>
    <w:p>
      <w:pPr>
        <w:ind w:firstLine="0"/>
      </w:pPr>
      <w:r>
        <w:t>“The chairman likes blue. Make the logo bigger. Put the company introduction in the first screen.”</w:t>
      </w:r>
    </w:p>
    <w:p>
      <w:pPr>
        <w:ind w:firstLine="0"/>
      </w:pPr>
      <w:r>
        <w:t>Shi Bin followed the instructions through two revisions and felt increasingly uneasy.</w:t>
      </w:r>
    </w:p>
    <w:p>
      <w:pPr>
        <w:ind w:firstLine="0"/>
      </w:pPr>
      <w:r>
        <w:t>Finally he asked, “Who normally uses this website?”</w:t>
      </w:r>
    </w:p>
    <w:p>
      <w:pPr>
        <w:ind w:firstLine="0"/>
      </w:pPr>
      <w:r>
        <w:t>“Overseas buyers, distributors, and sometimes job applicants.”</w:t>
      </w:r>
    </w:p>
    <w:p>
      <w:pPr>
        <w:ind w:firstLine="0"/>
      </w:pPr>
      <w:r>
        <w:t>“Will the chairman use it to find a product?”</w:t>
      </w:r>
    </w:p>
    <w:p>
      <w:pPr>
        <w:ind w:firstLine="0"/>
      </w:pPr>
      <w:r>
        <w:t>Everyone laughed.</w:t>
      </w:r>
    </w:p>
    <w:p>
      <w:pPr>
        <w:ind w:firstLine="0"/>
      </w:pPr>
      <w:r>
        <w:t>The question was simple, but it changed the meeting. They began to separate audiences. A buyer wanted to judge products and supply capability quickly. A distributor cared about regional cooperation and downloadable material. A job applicant needed company and role information. The chairman cared whether the brand looked respectable. Those needs could coexist, but they were not identical.</w:t>
      </w:r>
    </w:p>
    <w:p>
      <w:pPr>
        <w:ind w:firstLine="0"/>
      </w:pPr>
      <w:r>
        <w:t>Shi Bin adopted a rule: information priority would no longer be determined by who held the highest title inside the company. It would be determined by who came to the website to accomplish what task.</w:t>
      </w:r>
    </w:p>
    <w:p>
      <w:pPr>
        <w:ind w:firstLine="0"/>
      </w:pPr>
      <w:r>
        <w:t>The company introduction stayed, but it no longer occupied the opening screen. The first view explained what the company supplied, which markets it served, and where a visitor could go next. The chairman’s preferred blue remained too; it simply stopped carrying responsibilities color could not carry.</w:t>
      </w:r>
    </w:p>
    <w:p>
      <w:pPr>
        <w:ind w:firstLine="0"/>
      </w:pPr>
      <w:r>
        <w:t>Shi Bin connected this with audience awareness in research. You cannot ask only, “What do I want to say?” You also have to ask, “What does the other person need in order to understand and evaluate what I am saying?”</w:t>
      </w:r>
    </w:p>
    <w:p>
      <w:pPr>
        <w:ind w:firstLine="0"/>
      </w:pPr>
      <w:r>
        <w:t>A website that feels complete to people inside the company while leaving actual visitors unsure where to go resembles a paper whose author feels satisfied even though the reader cannot find the argument.</w:t>
      </w:r>
    </w:p>
    <w:p>
      <w:r>
        <w:br w:type="page"/>
      </w:r>
    </w:p>
    <w:p>
      <w:pPr>
        <w:pStyle w:val="Heading1"/>
      </w:pPr>
      <w:r>
        <w:t>14. The Day Shi Bin Told a Boss Not to Build a Website</w:t>
      </w:r>
    </w:p>
    <w:p>
      <w:pPr>
        <w:spacing w:after="240"/>
        <w:ind w:firstLine="0"/>
      </w:pPr>
      <w:r>
        <w:rPr>
          <w:rFonts w:ascii="Inter" w:hAnsi="Inter" w:eastAsia="Noto Sans CJK SC"/>
          <w:i/>
          <w:color w:val="787D82"/>
          <w:sz w:val="17"/>
        </w:rPr>
        <w:t>Question → material → provisional answer → objection → revision</w:t>
      </w:r>
    </w:p>
    <w:p>
      <w:pPr>
        <w:ind w:firstLine="0"/>
      </w:pPr>
      <w:r>
        <w:t>One day, the owner of a small local repair shop came to Shi Bin wanting to spend ten thousand on an “international-style corporate website.”</w:t>
      </w:r>
    </w:p>
    <w:p>
      <w:pPr>
        <w:ind w:firstLine="0"/>
      </w:pPr>
      <w:r>
        <w:t>Shi Bin asked where customers came from.</w:t>
      </w:r>
    </w:p>
    <w:p>
      <w:pPr>
        <w:ind w:firstLine="0"/>
      </w:pPr>
      <w:r>
        <w:t>“Nearby neighborhoods, referrals from old customers, and map search.”</w:t>
      </w:r>
    </w:p>
    <w:p>
      <w:pPr>
        <w:ind w:firstLine="0"/>
      </w:pPr>
      <w:r>
        <w:t>Any plans to expand to other regions? No. English-speaking customers? No. Complex products that required explanation? No. The owner had simply seen a competitor launch a new website and felt he should not fall behind.</w:t>
      </w:r>
    </w:p>
    <w:p>
      <w:pPr>
        <w:ind w:firstLine="0"/>
      </w:pPr>
      <w:r>
        <w:t>In the past, Shi Bin would have seen an easy order.</w:t>
      </w:r>
    </w:p>
    <w:p>
      <w:pPr>
        <w:ind w:firstLine="0"/>
      </w:pPr>
      <w:r>
        <w:t>This time the longer they talked, the less comfortable he became. The owner’s actual problems were elsewhere: inconsistent map listings, different phone numbers on different platforms, outdated opening hours, and customers unable to find the parking entrance.</w:t>
      </w:r>
    </w:p>
    <w:p>
      <w:pPr>
        <w:ind w:firstLine="0"/>
      </w:pPr>
      <w:r>
        <w:t>“Don’t spend the ten thousand yet,” Shi Bin finally said.</w:t>
      </w:r>
    </w:p>
    <w:p>
      <w:pPr>
        <w:ind w:firstLine="0"/>
      </w:pPr>
      <w:r>
        <w:t>The owner briefly wondered whether Shi Bin simply did not know how to build the site.</w:t>
      </w:r>
    </w:p>
    <w:p>
      <w:pPr>
        <w:ind w:firstLine="0"/>
      </w:pPr>
      <w:r>
        <w:t>Instead, Shi Bin helped standardize the company’s important online information and suggested taking clear photographs of the entrance, service categories, and price ranges. If a real need for a website appeared later, they could build a small one.</w:t>
      </w:r>
    </w:p>
    <w:p>
      <w:pPr>
        <w:ind w:firstLine="0"/>
      </w:pPr>
      <w:r>
        <w:t>Shi Bin earned very little from that job.</w:t>
      </w:r>
    </w:p>
    <w:p>
      <w:pPr>
        <w:ind w:firstLine="0"/>
      </w:pPr>
      <w:r>
        <w:t>Walking home, he felt that he finally understood the word problem in a practical way. A client’s stated request is not always the problem that should be solved. A solution you can sell is not automatically an answer worth giving.</w:t>
      </w:r>
    </w:p>
    <w:p>
      <w:pPr>
        <w:ind w:firstLine="0"/>
      </w:pPr>
      <w:r>
        <w:t>Research asks you to be responsible to what is true. Service should make you responsible to the client’s actual problem.</w:t>
      </w:r>
    </w:p>
    <w:p>
      <w:pPr>
        <w:ind w:firstLine="0"/>
      </w:pPr>
      <w:r>
        <w:t>Sometimes the clearest evidence that you are not merely trying to sell something is that, when the evidence does not support the sale, you do not sell it.</w:t>
      </w:r>
    </w:p>
    <w:p>
      <w:r>
        <w:br w:type="page"/>
      </w:r>
    </w:p>
    <w:p>
      <w:pPr>
        <w:pStyle w:val="Heading1"/>
      </w:pPr>
      <w:r>
        <w:t>15. The Boss’s Objection</w:t>
      </w:r>
    </w:p>
    <w:p>
      <w:pPr>
        <w:spacing w:after="240"/>
        <w:ind w:firstLine="0"/>
      </w:pPr>
      <w:r>
        <w:rPr>
          <w:rFonts w:ascii="Inter" w:hAnsi="Inter" w:eastAsia="Noto Sans CJK SC"/>
          <w:i/>
          <w:color w:val="787D82"/>
          <w:sz w:val="17"/>
        </w:rPr>
        <w:t>Question → material → provisional answer → objection → revision</w:t>
      </w:r>
    </w:p>
    <w:p>
      <w:pPr>
        <w:ind w:firstLine="0"/>
      </w:pPr>
      <w:r>
        <w:t>Shi Bin used to fear the sentence, “I disagree.”</w:t>
      </w:r>
    </w:p>
    <w:p>
      <w:pPr>
        <w:ind w:firstLine="0"/>
      </w:pPr>
      <w:r>
        <w:t>Later he began to invite it.</w:t>
      </w:r>
    </w:p>
    <w:p>
      <w:pPr>
        <w:ind w:firstLine="0"/>
      </w:pPr>
      <w:r>
        <w:t>After preparing a homepage structure for a packaging company, he did not ask, “How does it feel?” He asked, “If you wanted to reject this plan, what would be your strongest reason?”</w:t>
      </w:r>
    </w:p>
    <w:p>
      <w:pPr>
        <w:ind w:firstLine="0"/>
      </w:pPr>
      <w:r>
        <w:t>The boss took the invitation seriously. Perhaps customers did not want to browse by industry. Perhaps putting factory capability too early would make smaller trading customers assume the company only wanted large orders. Perhaps an oversized WhatsApp button would make the site feel less formal.</w:t>
      </w:r>
    </w:p>
    <w:p>
      <w:pPr>
        <w:ind w:firstLine="0"/>
      </w:pPr>
      <w:r>
        <w:t>Shi Bin wrote everything down.</w:t>
      </w:r>
    </w:p>
    <w:p>
      <w:pPr>
        <w:ind w:firstLine="0"/>
      </w:pPr>
      <w:r>
        <w:t>Strangely, the objections did not make the proposal feel weaker. They revealed what the next revision needed to test. Different users were asked to find products. Factory capability became evidence that could be expanded rather than a dominant opening claim. Email, form, and WhatsApp were kept together so different buyers could choose their preferred contact method.</w:t>
      </w:r>
    </w:p>
    <w:p>
      <w:pPr>
        <w:ind w:firstLine="0"/>
      </w:pPr>
      <w:r>
        <w:t>Shi Bin began to appreciate objections. A proposal is not most endangered when someone criticizes it. It is most endangered when everyone, out of politeness, hierarchy, or laziness, says, “Looks good.”</w:t>
      </w:r>
    </w:p>
    <w:p>
      <w:pPr>
        <w:ind w:firstLine="0"/>
      </w:pPr>
      <w:r>
        <w:t>A useful objection is not negativity. It puts pressure on an answer: Is there another explanation? Is there a counterexample? If this assumption fails, does the page still make sense?</w:t>
      </w:r>
    </w:p>
    <w:p>
      <w:pPr>
        <w:ind w:firstLine="0"/>
      </w:pPr>
      <w:r>
        <w:t>He carried the habit into sales. When a boss asked, “Can you guarantee inquiries?” Shi Bin stopped dodging. He included the strongest objection in his own explanation. A website cannot guarantee market demand, budget, sales follow-up, or competitive conditions. It can improve the conditions for being discovered, understood, verified, and contacted.</w:t>
      </w:r>
    </w:p>
    <w:p>
      <w:pPr>
        <w:ind w:firstLine="0"/>
      </w:pPr>
      <w:r>
        <w:t>Admitting limits did not weaken his sales conversations. A claim that refuses to exaggerate often sounds more professional than ten promises.</w:t>
      </w:r>
    </w:p>
    <w:p>
      <w:r>
        <w:br w:type="page"/>
      </w:r>
    </w:p>
    <w:p>
      <w:pPr>
        <w:pStyle w:val="Heading1"/>
      </w:pPr>
      <w:r>
        <w:t>16. Launch Is Not a Conclusion</w:t>
      </w:r>
    </w:p>
    <w:p>
      <w:pPr>
        <w:spacing w:after="240"/>
        <w:ind w:firstLine="0"/>
      </w:pPr>
      <w:r>
        <w:rPr>
          <w:rFonts w:ascii="Inter" w:hAnsi="Inter" w:eastAsia="Noto Sans CJK SC"/>
          <w:i/>
          <w:color w:val="787D82"/>
          <w:sz w:val="17"/>
        </w:rPr>
        <w:t>Question → material → provisional answer → objection → revision</w:t>
      </w:r>
    </w:p>
    <w:p>
      <w:pPr>
        <w:ind w:firstLine="0"/>
      </w:pPr>
      <w:r>
        <w:t>Early in his career, Shi Bin treated launch day as the finish line.</w:t>
      </w:r>
    </w:p>
    <w:p>
      <w:pPr>
        <w:ind w:firstLine="0"/>
      </w:pPr>
      <w:r>
        <w:t>When DNS worked, HTTPS turned green, and nothing broke on a phone, he relaxed. “Done.”</w:t>
      </w:r>
    </w:p>
    <w:p>
      <w:pPr>
        <w:ind w:firstLine="0"/>
      </w:pPr>
      <w:r>
        <w:t>Later he began to think of launch as something closer to the first testable answer in a research project.</w:t>
      </w:r>
    </w:p>
    <w:p>
      <w:pPr>
        <w:ind w:firstLine="0"/>
      </w:pPr>
      <w:r>
        <w:t>After a tool company’s new site went live, Shi Bin expected the main product pages to dominate visits. Instead, many overseas visitors entered through an unimportant-looking application page. Salespeople confirmed that buyers often did not begin with a model number; they described a working condition or problem.</w:t>
      </w:r>
    </w:p>
    <w:p>
      <w:pPr>
        <w:ind w:firstLine="0"/>
      </w:pPr>
      <w:r>
        <w:t>The navigation was redesigned so applications became a major entrance rather than a corner of the site.</w:t>
      </w:r>
    </w:p>
    <w:p>
      <w:pPr>
        <w:ind w:firstLine="0"/>
      </w:pPr>
      <w:r>
        <w:t>Another page contained a technically complete explanation but had a high exit rate in the same section. Shi Bin asked salespeople about it and learned that the copy used internal abbreviations customers did not understand.</w:t>
      </w:r>
    </w:p>
    <w:p>
      <w:pPr>
        <w:ind w:firstLine="0"/>
      </w:pPr>
      <w:r>
        <w:t>The page was not broken. The answer behind the page had been built on a bad assumption.</w:t>
      </w:r>
    </w:p>
    <w:p>
      <w:pPr>
        <w:ind w:firstLine="0"/>
      </w:pPr>
      <w:r>
        <w:t>Shi Bin stopped treating revision as proof that the original work had failed. Before launch, a team can only make informed guesses about real users. After launch, new primary material begins to appear: clicks, search terms, inquiries, sales feedback, repeated customer questions.</w:t>
      </w:r>
    </w:p>
    <w:p>
      <w:pPr>
        <w:ind w:firstLine="0"/>
      </w:pPr>
      <w:r>
        <w:t>A website that refuses to change in response to new evidence quickly becomes a monument to the designer’s past assumptions.</w:t>
      </w:r>
    </w:p>
    <w:p>
      <w:pPr>
        <w:ind w:firstLine="0"/>
      </w:pPr>
      <w:r>
        <w:t>Now, when Shi Bin delivers a website, he tells the boss, “Today is not the day the answer is finished. It is the day we finally get to start checking it.”</w:t>
      </w:r>
    </w:p>
    <w:p>
      <w:r>
        <w:br w:type="page"/>
      </w:r>
    </w:p>
    <w:p>
      <w:pPr>
        <w:pStyle w:val="Heading1"/>
      </w:pPr>
      <w:r>
        <w:t>17. Authoritative, but Irrelevant to This Boss</w:t>
      </w:r>
    </w:p>
    <w:p>
      <w:pPr>
        <w:spacing w:after="240"/>
        <w:ind w:firstLine="0"/>
      </w:pPr>
      <w:r>
        <w:rPr>
          <w:rFonts w:ascii="Inter" w:hAnsi="Inter" w:eastAsia="Noto Sans CJK SC"/>
          <w:i/>
          <w:color w:val="787D82"/>
          <w:sz w:val="17"/>
        </w:rPr>
        <w:t>Question → material → provisional answer → objection → revision</w:t>
      </w:r>
    </w:p>
    <w:p>
      <w:pPr>
        <w:ind w:firstLine="0"/>
      </w:pPr>
      <w:r>
        <w:t>To persuade a small hardware exporter, Shi Bin found an impressive international report on B2B purchasing. It contained charts, sample sizes, and percentages. Compared with the boss’s personal experience, it looked wonderfully scientific.</w:t>
      </w:r>
    </w:p>
    <w:p>
      <w:pPr>
        <w:ind w:firstLine="0"/>
      </w:pPr>
      <w:r>
        <w:t>Shi Bin almost placed one statistic in the proposal: most business buyers research suppliers online.</w:t>
      </w:r>
    </w:p>
    <w:p>
      <w:pPr>
        <w:ind w:firstLine="0"/>
      </w:pPr>
      <w:r>
        <w:t>Then he examined the sample more carefully. Most participants came from large corporate procurement teams. Their purchase values, processes, and industries were very different from those of the small hardware company in front of him.</w:t>
      </w:r>
    </w:p>
    <w:p>
      <w:pPr>
        <w:ind w:firstLine="0"/>
      </w:pPr>
      <w:r>
        <w:t>The source could be reliable and still not be relevant enough.</w:t>
      </w:r>
    </w:p>
    <w:p>
      <w:pPr>
        <w:ind w:firstLine="0"/>
      </w:pPr>
      <w:r>
        <w:t>Shi Bin finally understood that authority is not a universal passport. A statement can be true and still fail to answer your particular question.</w:t>
      </w:r>
    </w:p>
    <w:p>
      <w:pPr>
        <w:ind w:firstLine="0"/>
      </w:pPr>
      <w:r>
        <w:t>He looked for material closer to the boss’s real customers and also used the company’s own inquiries, trade-fair records, and sales conversations. Different sources played different roles. The industry report suggested patterns that might exist. Internal records showed whether those patterns appeared here. Customer conversations helped explain why.</w:t>
      </w:r>
    </w:p>
    <w:p>
      <w:pPr>
        <w:ind w:firstLine="0"/>
      </w:pPr>
      <w:r>
        <w:t>“So which one should I believe?” the boss asked.</w:t>
      </w:r>
    </w:p>
    <w:p>
      <w:pPr>
        <w:ind w:firstLine="0"/>
      </w:pPr>
      <w:r>
        <w:t>“It’s not about choosing the most authoritative one and believing all of it,” Shi Bin said. “It’s about asking what each source is actually capable of answering.”</w:t>
      </w:r>
    </w:p>
    <w:p>
      <w:pPr>
        <w:ind w:firstLine="0"/>
      </w:pPr>
      <w:r>
        <w:t>The sentence became a habit.</w:t>
      </w:r>
    </w:p>
    <w:p>
      <w:pPr>
        <w:ind w:firstLine="0"/>
      </w:pPr>
      <w:r>
        <w:t>In the internet age, the difficulty is increasingly not the absence of information. It is that too much information looks like an answer. Research ability therefore becomes a form of restraint: knowing which material can support which step, and knowing when something impressive should still be set aside.</w:t>
      </w:r>
    </w:p>
    <w:p>
      <w:r>
        <w:br w:type="page"/>
      </w:r>
    </w:p>
    <w:p>
      <w:pPr>
        <w:pStyle w:val="Heading1"/>
      </w:pPr>
      <w:r>
        <w:t>18. What Was Shi Bin Really Selling?</w:t>
      </w:r>
    </w:p>
    <w:p>
      <w:pPr>
        <w:spacing w:after="240"/>
        <w:ind w:firstLine="0"/>
      </w:pPr>
      <w:r>
        <w:rPr>
          <w:rFonts w:ascii="Inter" w:hAnsi="Inter" w:eastAsia="Noto Sans CJK SC"/>
          <w:i/>
          <w:color w:val="787D82"/>
          <w:sz w:val="17"/>
        </w:rPr>
        <w:t>Question → material → provisional answer → objection → revision</w:t>
      </w:r>
    </w:p>
    <w:p>
      <w:pPr>
        <w:ind w:firstLine="0"/>
      </w:pPr>
      <w:r>
        <w:t>Years later, someone asked Shi Bin, “Are you a programmer, a designer, or a salesperson?”</w:t>
      </w:r>
    </w:p>
    <w:p>
      <w:pPr>
        <w:ind w:firstLine="0"/>
      </w:pPr>
      <w:r>
        <w:t>He did not know how to answer immediately.</w:t>
      </w:r>
    </w:p>
    <w:p>
      <w:pPr>
        <w:ind w:firstLine="0"/>
      </w:pPr>
      <w:r>
        <w:t>He wrote code, designed pages, and negotiated prices. But he remembered the bosses he had met: Chen, who wanted something “premium and international”; Liu, who said customers never looked at websites; He, who wanted to copy a successful competitor; Ma, who lost faith after one month without inquiries; and the repair-shop owner whom Shi Bin advised not to build a large website at all.</w:t>
      </w:r>
    </w:p>
    <w:p>
      <w:pPr>
        <w:ind w:firstLine="0"/>
      </w:pPr>
      <w:r>
        <w:t>The activity he had performed most consistently might not have been coding.</w:t>
      </w:r>
    </w:p>
    <w:p>
      <w:pPr>
        <w:ind w:firstLine="0"/>
      </w:pPr>
      <w:r>
        <w:t>It was asking questions.</w:t>
      </w:r>
    </w:p>
    <w:p>
      <w:pPr>
        <w:ind w:firstLine="0"/>
      </w:pPr>
      <w:r>
        <w:t>What is this boss actually trying to change? What evidence supports the claim that customers care about this? Is this industry report truly relevant to these buyers? Does this success story demonstrate causation, or merely coexistence? Is this photograph decoration, or is it being used as evidence? How certain should this conclusion be? If an intelligent critic were standing here, where would they attack the proposal? How will we know whether the situation improved after launch?</w:t>
      </w:r>
    </w:p>
    <w:p>
      <w:pPr>
        <w:ind w:firstLine="0"/>
      </w:pPr>
      <w:r>
        <w:t>None of those questions automatically produces a beautiful website. They determine whether the beautiful website means anything.</w:t>
      </w:r>
    </w:p>
    <w:p>
      <w:pPr>
        <w:ind w:firstLine="0"/>
      </w:pPr>
      <w:r>
        <w:t>Shi Bin once thought sales required better speaking. Later he decided that the hardest part of sales was the willingness to remain for a little longer in the space before the answer.</w:t>
      </w:r>
    </w:p>
    <w:p>
      <w:pPr>
        <w:ind w:firstLine="0"/>
      </w:pPr>
      <w:r>
        <w:t>Bosses often arrived carrying answers: “I need a corporate website.” “I need SEO.” “I need to look international.” “I need AI.” “Make mine like this competitor’s.”</w:t>
      </w:r>
    </w:p>
    <w:p>
      <w:pPr>
        <w:ind w:firstLine="0"/>
      </w:pPr>
      <w:r>
        <w:t>Shi Bin increasingly responded with questions: Why? Based on what? For whom? What else could explain the situation? How will we know that it became better afterward?</w:t>
      </w:r>
    </w:p>
    <w:p>
      <w:pPr>
        <w:ind w:firstLine="0"/>
      </w:pPr>
      <w:r>
        <w:t>He no longer believed these questions necessarily slowed a sale.</w:t>
      </w:r>
    </w:p>
    <w:p>
      <w:pPr>
        <w:ind w:firstLine="0"/>
      </w:pPr>
      <w:r>
        <w:t>Some deals disappeared because of them. Some budgets became smaller. Some clients found him troublesome.</w:t>
      </w:r>
    </w:p>
    <w:p>
      <w:pPr>
        <w:ind w:firstLine="0"/>
      </w:pPr>
      <w:r>
        <w:t>But more and more clients finished projects by saying, “You didn’t only build a website. You made me think through things I had never made clear.”</w:t>
      </w:r>
    </w:p>
    <w:p>
      <w:pPr>
        <w:ind w:firstLine="0"/>
      </w:pPr>
      <w:r>
        <w:t>Shi Bin eventually wrote one sentence beside his desk:</w:t>
      </w:r>
    </w:p>
    <w:p>
      <w:pPr>
        <w:ind w:firstLine="0"/>
      </w:pPr>
      <w:r>
        <w:t>“Do not rush to sell the answer. First make sure we are answering a question worth answering.”</w:t>
      </w:r>
    </w:p>
    <w:p>
      <w:pPr>
        <w:ind w:firstLine="0"/>
      </w:pPr>
      <w:r>
        <w:t>He finally understood that, yes, he was still selling websites. Pages, domains, code, content, and images all mattered.</w:t>
      </w:r>
    </w:p>
    <w:p>
      <w:pPr>
        <w:ind w:firstLine="0"/>
      </w:pPr>
      <w:r>
        <w:t>But the most valuable part of a website often begins before a browser ever opens.</w:t>
      </w:r>
    </w:p>
    <w:p>
      <w:r>
        <w:br w:type="page"/>
      </w:r>
    </w:p>
    <w:p>
      <w:pPr>
        <w:pStyle w:val="Heading1"/>
      </w:pPr>
      <w:r>
        <w:t>Afterword: Don’t Answer Too Quickly</w:t>
      </w:r>
    </w:p>
    <w:p>
      <w:pPr>
        <w:ind w:firstLine="0"/>
      </w:pPr>
      <w:r>
        <w:t>Learning to inquire did not make Shi Bin permanently correct.</w:t>
      </w:r>
    </w:p>
    <w:p>
      <w:pPr>
        <w:ind w:firstLine="0"/>
      </w:pPr>
      <w:r>
        <w:t>The opposite happened. He became more willing to say: I don’t know yet. This evidence is not enough. There is another explanation. Let’s test it. This conclusion only goes this far.</w:t>
      </w:r>
    </w:p>
    <w:p>
      <w:pPr>
        <w:ind w:firstLine="0"/>
      </w:pPr>
      <w:r>
        <w:t>When he was younger, those sentences sounded unprofessional to him. Later he learned that reliability does not come from always having an answer. It comes from knowing how the answer was produced—and knowing what kind of new evidence should force you to revise it.</w:t>
      </w:r>
    </w:p>
    <w:p>
      <w:pPr>
        <w:ind w:firstLine="0"/>
      </w:pPr>
      <w:r>
        <w:t>Websites become outdated. Frameworks change. AI changes the tools. Bosses change their businesses. Customers change how they judge suppliers.</w:t>
      </w:r>
    </w:p>
    <w:p>
      <w:pPr>
        <w:ind w:firstLine="0"/>
      </w:pPr>
      <w:r>
        <w:t>But the habit of asking questions, seeking material, checking reasons, facing objections, and revising conclusions does not become obsolete so easily.</w:t>
      </w:r>
    </w:p>
    <w:p>
      <w:pPr>
        <w:ind w:firstLine="0"/>
      </w:pPr>
      <w:r>
        <w:t>Shi Bin still opens his computer every day to build websites.</w:t>
      </w:r>
    </w:p>
    <w:p>
      <w:pPr>
        <w:ind w:firstLine="0"/>
      </w:pPr>
      <w:r>
        <w:t>Only now, before he opens the code editor, he often opens a thin notebook first.</w:t>
      </w:r>
    </w:p>
    <w:p>
      <w:pPr>
        <w:ind w:firstLine="0"/>
      </w:pPr>
      <w:r>
        <w:t>On the first page are four words:</w:t>
      </w:r>
    </w:p>
    <w:p>
      <w:pPr>
        <w:ind w:firstLine="0"/>
      </w:pPr>
      <w:r>
        <w:t>“Don’t answer too quickly.”</w:t>
      </w:r>
    </w:p>
    <w:p>
      <w:r>
        <w:br w:type="page"/>
      </w:r>
    </w:p>
    <w:p>
      <w:pPr>
        <w:pStyle w:val="Heading1"/>
      </w:pPr>
      <w:r>
        <w:t>Note on Intellectual Inspiration</w:t>
      </w:r>
    </w:p>
    <w:p>
      <w:pPr>
        <w:ind w:firstLine="0"/>
      </w:pPr>
      <w:r>
        <w:t>This is an original literary essay collection. Its habits of inquiry are inspired by the fifth edition of The Craft of Research by Wayne C. Booth and coauthors, especially its movement from interests and topics toward research questions and significance; its treatment of finding, evaluating, and actively engaging sources; its architecture of claims, reasons, evidence, and warrants; its insistence on objections and alternative views; its attention to audience and communication; and its emphasis on trust and responsibility in a research community. The collection does not reproduce the book's examples and is not a substitute for the original. Its business characters and projects are fictional or composite situations.</w:t>
      </w:r>
    </w:p>
    <w:sectPr w:rsidR="00FC693F" w:rsidRPr="0006063C" w:rsidSect="00034616">
      <w:headerReference w:type="default" r:id="rId9"/>
      <w:footerReference w:type="default" r:id="rId10"/>
      <w:pgSz w:w="12240" w:h="15840"/>
      <w:pgMar w:top="1080" w:right="1325" w:bottom="1037" w:left="1325" w:header="432"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Noto Sans CJK SC"/>
        <w:color w:val="6464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Inter" w:hAnsi="Inter" w:eastAsia="Noto Sans CJK SC"/>
        <w:color w:val="73787D"/>
        <w:sz w:val="17"/>
      </w:rPr>
      <w:t>Shi Bin Sells Websites: Before the Answer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22" w:lineRule="auto" w:after="140"/>
      <w:ind w:firstLine="0"/>
    </w:pPr>
    <w:rPr>
      <w:rFonts w:ascii="Noto Serif" w:hAnsi="Noto Serif" w:eastAsia="Noto Serif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280"/>
      <w:outlineLvl w:val="0"/>
    </w:pPr>
    <w:rPr>
      <w:rFonts w:asciiTheme="majorHAnsi" w:eastAsiaTheme="majorEastAsia" w:hAnsiTheme="majorHAnsi" w:cstheme="majorBidi" w:ascii="Inter Display" w:hAnsi="Inter Display" w:eastAsia="Noto Sans CJK SC"/>
      <w:b/>
      <w:bCs/>
      <w:color w:val="1C232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 Bin Sells Websites: Before the Answer</dc:title>
  <dc:subject>Research-inspired website sales essays</dc:subject>
  <dc:creator>OpenAI</dc:creator>
  <cp:keywords>The Craft of Research, website sales, research thinking, essays</cp:keywords>
  <dc:description>generated by python-docx</dc:description>
  <cp:lastModifiedBy/>
  <cp:revision>1</cp:revision>
  <dcterms:created xsi:type="dcterms:W3CDTF">2013-12-23T23:15:00Z</dcterms:created>
  <dcterms:modified xsi:type="dcterms:W3CDTF">2013-12-23T23:15:00Z</dcterms:modified>
  <cp:category/>
</cp:coreProperties>
</file>